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223B8" w14:textId="77777777" w:rsidR="006E46E8" w:rsidRPr="00F417F9" w:rsidRDefault="00E55F14">
      <w:pPr>
        <w:spacing w:after="40"/>
        <w:jc w:val="center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b/>
          <w:sz w:val="22"/>
        </w:rPr>
        <w:t>REGIONE DEL VENETO</w:t>
      </w:r>
    </w:p>
    <w:p w14:paraId="29A1325F" w14:textId="77777777" w:rsidR="006E46E8" w:rsidRPr="00F417F9" w:rsidRDefault="00E55F14">
      <w:pPr>
        <w:spacing w:after="40"/>
        <w:jc w:val="center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b/>
          <w:sz w:val="22"/>
        </w:rPr>
        <w:t>ALLEGATO A</w:t>
      </w:r>
    </w:p>
    <w:p w14:paraId="281628E6" w14:textId="77777777" w:rsidR="006E46E8" w:rsidRPr="00F417F9" w:rsidRDefault="00E55F14">
      <w:pPr>
        <w:spacing w:after="40"/>
        <w:jc w:val="center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b/>
          <w:sz w:val="22"/>
        </w:rPr>
        <w:t>ISTANZA DI MANIFESTAZIONE DI INTERESSE</w:t>
      </w:r>
    </w:p>
    <w:p w14:paraId="752BD6D8" w14:textId="77777777" w:rsidR="006E46E8" w:rsidRPr="00F417F9" w:rsidRDefault="00E55F14">
      <w:pPr>
        <w:jc w:val="center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b/>
          <w:sz w:val="22"/>
        </w:rPr>
        <w:t>E CONTESTUALE PREVENTIVO NON VINCOLANTE</w:t>
      </w:r>
    </w:p>
    <w:p w14:paraId="2DDE0DC3" w14:textId="77777777" w:rsidR="006E46E8" w:rsidRPr="00F417F9" w:rsidRDefault="00E55F14">
      <w:pPr>
        <w:spacing w:after="120"/>
        <w:jc w:val="both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sz w:val="22"/>
        </w:rPr>
        <w:t>Oggetto: Indagine di mercato e contestuale raccolta di preventivi non vincolanti per la fornitura di contrassegni inamovibili numerati, costituiti da fascette in materiale plastico, per richiami vivi destinati alla caccia da appostamento – annualità 2026 e 2027.</w:t>
      </w:r>
    </w:p>
    <w:p w14:paraId="3AC2BDE5" w14:textId="77777777" w:rsidR="006E46E8" w:rsidRPr="00F417F9" w:rsidRDefault="00E55F14">
      <w:pPr>
        <w:spacing w:after="120"/>
        <w:jc w:val="both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sz w:val="22"/>
        </w:rPr>
        <w:t>Il/La sottoscritto/a ______________________________________, in qualità di ______________________________________ dell’operatore economico _____________________________________</w:t>
      </w:r>
      <w:proofErr w:type="gramStart"/>
      <w:r w:rsidRPr="00F417F9">
        <w:rPr>
          <w:rFonts w:ascii="Times New Roman" w:hAnsi="Times New Roman" w:cs="Times New Roman"/>
          <w:sz w:val="22"/>
        </w:rPr>
        <w:t xml:space="preserve">_, con sede legale in </w:t>
      </w:r>
      <w:proofErr w:type="gramEnd"/>
      <w:r w:rsidRPr="00F417F9">
        <w:rPr>
          <w:rFonts w:ascii="Times New Roman" w:hAnsi="Times New Roman" w:cs="Times New Roman"/>
          <w:sz w:val="22"/>
        </w:rPr>
        <w:t xml:space="preserve">______________________________________, </w:t>
      </w:r>
      <w:proofErr w:type="gramStart"/>
      <w:r w:rsidRPr="00F417F9">
        <w:rPr>
          <w:rFonts w:ascii="Times New Roman" w:hAnsi="Times New Roman" w:cs="Times New Roman"/>
          <w:sz w:val="22"/>
        </w:rPr>
        <w:t xml:space="preserve">C.F./P.IVA ______________________________________, PEC </w:t>
      </w:r>
      <w:proofErr w:type="gramEnd"/>
      <w:r w:rsidRPr="00F417F9">
        <w:rPr>
          <w:rFonts w:ascii="Times New Roman" w:hAnsi="Times New Roman" w:cs="Times New Roman"/>
          <w:sz w:val="22"/>
        </w:rPr>
        <w:t>____________________________________</w:t>
      </w:r>
      <w:proofErr w:type="gramStart"/>
      <w:r w:rsidRPr="00F417F9">
        <w:rPr>
          <w:rFonts w:ascii="Times New Roman" w:hAnsi="Times New Roman" w:cs="Times New Roman"/>
          <w:sz w:val="22"/>
        </w:rPr>
        <w:t>__,</w:t>
      </w:r>
      <w:proofErr w:type="gramEnd"/>
    </w:p>
    <w:p w14:paraId="5BFBBBAD" w14:textId="77777777" w:rsidR="006E46E8" w:rsidRPr="00F417F9" w:rsidRDefault="00E55F14">
      <w:pPr>
        <w:spacing w:after="80"/>
        <w:jc w:val="center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b/>
          <w:sz w:val="22"/>
        </w:rPr>
        <w:t>MANIFESTA</w:t>
      </w:r>
    </w:p>
    <w:p w14:paraId="635BD29B" w14:textId="77777777" w:rsidR="006E46E8" w:rsidRPr="00F417F9" w:rsidRDefault="00E55F14">
      <w:pPr>
        <w:spacing w:after="120"/>
        <w:jc w:val="both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sz w:val="22"/>
        </w:rPr>
        <w:t>il proprio interesse a partecipare all’indagine di mercato in oggetto.</w:t>
      </w:r>
    </w:p>
    <w:p w14:paraId="54AB80B0" w14:textId="77777777" w:rsidR="006E46E8" w:rsidRPr="00F417F9" w:rsidRDefault="00E55F14">
      <w:pPr>
        <w:spacing w:after="120"/>
        <w:jc w:val="both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sz w:val="22"/>
        </w:rPr>
        <w:t>A tal fine, consapevole che il presente preventivo ha natura meramente esplorativa e non vincolante e non costituisce offerta nell’ambito di una procedura di gara,</w:t>
      </w:r>
    </w:p>
    <w:p w14:paraId="5274CDDB" w14:textId="77777777" w:rsidR="006E46E8" w:rsidRPr="00F417F9" w:rsidRDefault="00E55F14">
      <w:pPr>
        <w:spacing w:after="80"/>
        <w:jc w:val="center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b/>
          <w:sz w:val="22"/>
        </w:rPr>
        <w:t>DICHIARA</w:t>
      </w:r>
    </w:p>
    <w:p w14:paraId="660A364E" w14:textId="77777777" w:rsidR="006E46E8" w:rsidRPr="00F417F9" w:rsidRDefault="00E55F14">
      <w:pPr>
        <w:spacing w:after="120"/>
        <w:jc w:val="both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sz w:val="22"/>
        </w:rPr>
        <w:t>• di essere in possesso dei requisiti richiesti dall’avviso;</w:t>
      </w:r>
    </w:p>
    <w:p w14:paraId="30D22FD2" w14:textId="77777777" w:rsidR="006E46E8" w:rsidRPr="00F417F9" w:rsidRDefault="00E55F14">
      <w:pPr>
        <w:spacing w:after="120"/>
        <w:jc w:val="both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sz w:val="22"/>
        </w:rPr>
        <w:t>• di aver preso conoscenza dell’avviso e dei relativi allegati, comprese le caratteristiche tecniche minime;</w:t>
      </w:r>
    </w:p>
    <w:p w14:paraId="0A814AD5" w14:textId="77777777" w:rsidR="006E46E8" w:rsidRPr="00F417F9" w:rsidRDefault="00E55F14">
      <w:pPr>
        <w:spacing w:after="120"/>
        <w:jc w:val="both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sz w:val="22"/>
        </w:rPr>
        <w:t>• di essere disponibile, in caso di eventuale successivo affidamento, a garantire la produzione e la fornitura scalare dei quantitativi richiesti dalla Regione;</w:t>
      </w:r>
    </w:p>
    <w:p w14:paraId="1D20820E" w14:textId="77777777" w:rsidR="006E46E8" w:rsidRPr="00F417F9" w:rsidRDefault="00E55F14">
      <w:pPr>
        <w:spacing w:after="120"/>
        <w:jc w:val="both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sz w:val="22"/>
        </w:rPr>
        <w:t>• di essere in grado di assicurare il confezionamento e le modalità di consegna richieste;</w:t>
      </w:r>
    </w:p>
    <w:p w14:paraId="032A212A" w14:textId="77777777" w:rsidR="006E46E8" w:rsidRPr="00F417F9" w:rsidRDefault="00E55F14">
      <w:pPr>
        <w:spacing w:after="120"/>
        <w:jc w:val="both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sz w:val="22"/>
        </w:rPr>
        <w:t>• di essere disponibile, ove richiesto dalla Stazione Appaltante, a fornire un campione della soluzione proposta per la verifica preventiva della conformità tecnica.</w:t>
      </w:r>
    </w:p>
    <w:p w14:paraId="02470614" w14:textId="77777777" w:rsidR="006E46E8" w:rsidRPr="00F417F9" w:rsidRDefault="00E55F14">
      <w:pPr>
        <w:spacing w:after="160"/>
        <w:jc w:val="center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b/>
          <w:sz w:val="22"/>
        </w:rPr>
        <w:t>PREVENTIVO NON VINCOLANTE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36"/>
        <w:gridCol w:w="2436"/>
        <w:gridCol w:w="2436"/>
      </w:tblGrid>
      <w:tr w:rsidR="00A05B6C" w:rsidRPr="00F417F9" w14:paraId="4B0B0C40" w14:textId="77777777">
        <w:trPr>
          <w:jc w:val="center"/>
        </w:trPr>
        <w:tc>
          <w:tcPr>
            <w:tcW w:w="2436" w:type="dxa"/>
            <w:vAlign w:val="center"/>
          </w:tcPr>
          <w:p w14:paraId="79C0DB1F" w14:textId="77777777" w:rsidR="00A05B6C" w:rsidRPr="00F417F9" w:rsidRDefault="00A05B6C">
            <w:pPr>
              <w:rPr>
                <w:rFonts w:ascii="Times New Roman" w:hAnsi="Times New Roman" w:cs="Times New Roman"/>
                <w:sz w:val="22"/>
              </w:rPr>
            </w:pPr>
            <w:r w:rsidRPr="00F417F9">
              <w:rPr>
                <w:rFonts w:ascii="Times New Roman" w:hAnsi="Times New Roman" w:cs="Times New Roman"/>
                <w:b/>
                <w:sz w:val="22"/>
              </w:rPr>
              <w:t>Descrizione</w:t>
            </w:r>
          </w:p>
        </w:tc>
        <w:tc>
          <w:tcPr>
            <w:tcW w:w="2436" w:type="dxa"/>
            <w:vAlign w:val="center"/>
          </w:tcPr>
          <w:p w14:paraId="76A32B64" w14:textId="77777777" w:rsidR="00A05B6C" w:rsidRPr="00F417F9" w:rsidRDefault="00A05B6C">
            <w:pPr>
              <w:rPr>
                <w:rFonts w:ascii="Times New Roman" w:hAnsi="Times New Roman" w:cs="Times New Roman"/>
                <w:sz w:val="22"/>
              </w:rPr>
            </w:pPr>
            <w:r w:rsidRPr="00F417F9">
              <w:rPr>
                <w:rFonts w:ascii="Times New Roman" w:hAnsi="Times New Roman" w:cs="Times New Roman"/>
                <w:b/>
                <w:sz w:val="22"/>
              </w:rPr>
              <w:t>Unità di misura</w:t>
            </w:r>
          </w:p>
        </w:tc>
        <w:tc>
          <w:tcPr>
            <w:tcW w:w="2436" w:type="dxa"/>
            <w:vAlign w:val="center"/>
          </w:tcPr>
          <w:p w14:paraId="6CC48CB1" w14:textId="77777777" w:rsidR="00A05B6C" w:rsidRPr="00F417F9" w:rsidRDefault="00A05B6C">
            <w:pPr>
              <w:rPr>
                <w:rFonts w:ascii="Times New Roman" w:hAnsi="Times New Roman" w:cs="Times New Roman"/>
                <w:sz w:val="22"/>
              </w:rPr>
            </w:pPr>
            <w:r w:rsidRPr="00F417F9">
              <w:rPr>
                <w:rFonts w:ascii="Times New Roman" w:hAnsi="Times New Roman" w:cs="Times New Roman"/>
                <w:b/>
                <w:sz w:val="22"/>
              </w:rPr>
              <w:t>Prezzo unitario IVA esclusa</w:t>
            </w:r>
          </w:p>
        </w:tc>
      </w:tr>
      <w:tr w:rsidR="00A05B6C" w:rsidRPr="00F417F9" w14:paraId="36DDA425" w14:textId="77777777">
        <w:trPr>
          <w:jc w:val="center"/>
        </w:trPr>
        <w:tc>
          <w:tcPr>
            <w:tcW w:w="2436" w:type="dxa"/>
          </w:tcPr>
          <w:p w14:paraId="01E1C6E0" w14:textId="77777777" w:rsidR="00A05B6C" w:rsidRPr="00F417F9" w:rsidRDefault="00A05B6C">
            <w:pPr>
              <w:rPr>
                <w:rFonts w:ascii="Times New Roman" w:hAnsi="Times New Roman" w:cs="Times New Roman"/>
                <w:sz w:val="22"/>
              </w:rPr>
            </w:pPr>
            <w:r w:rsidRPr="00F417F9">
              <w:rPr>
                <w:rFonts w:ascii="Times New Roman" w:hAnsi="Times New Roman" w:cs="Times New Roman"/>
                <w:sz w:val="22"/>
              </w:rPr>
              <w:t>Fascetta inamovibile in materiale plastico, numerata/codificata, completa di sistema di chiusura e dente/fermo metallico, confezionamento, imbustamento, imballaggio, trasporto e consegna secondo l’avviso.</w:t>
            </w:r>
          </w:p>
        </w:tc>
        <w:tc>
          <w:tcPr>
            <w:tcW w:w="2436" w:type="dxa"/>
          </w:tcPr>
          <w:p w14:paraId="638A366D" w14:textId="77777777" w:rsidR="00A05B6C" w:rsidRDefault="00A05B6C">
            <w:pPr>
              <w:rPr>
                <w:rFonts w:ascii="Times New Roman" w:hAnsi="Times New Roman" w:cs="Times New Roman"/>
                <w:sz w:val="22"/>
              </w:rPr>
            </w:pPr>
          </w:p>
          <w:p w14:paraId="4969A170" w14:textId="77777777" w:rsidR="00A05B6C" w:rsidRDefault="00A05B6C">
            <w:pPr>
              <w:rPr>
                <w:rFonts w:ascii="Times New Roman" w:hAnsi="Times New Roman" w:cs="Times New Roman"/>
                <w:sz w:val="22"/>
              </w:rPr>
            </w:pPr>
          </w:p>
          <w:p w14:paraId="1CBFAD0F" w14:textId="77777777" w:rsidR="00A05B6C" w:rsidRDefault="00A05B6C">
            <w:pPr>
              <w:rPr>
                <w:rFonts w:ascii="Times New Roman" w:hAnsi="Times New Roman" w:cs="Times New Roman"/>
                <w:sz w:val="22"/>
              </w:rPr>
            </w:pPr>
          </w:p>
          <w:p w14:paraId="50ED0752" w14:textId="77777777" w:rsidR="00A05B6C" w:rsidRDefault="00A05B6C">
            <w:pPr>
              <w:rPr>
                <w:rFonts w:ascii="Times New Roman" w:hAnsi="Times New Roman" w:cs="Times New Roman"/>
                <w:sz w:val="22"/>
              </w:rPr>
            </w:pPr>
          </w:p>
          <w:p w14:paraId="4D9727C3" w14:textId="005ED3B9" w:rsidR="00A05B6C" w:rsidRPr="00F417F9" w:rsidRDefault="00A05B6C">
            <w:pPr>
              <w:rPr>
                <w:rFonts w:ascii="Times New Roman" w:hAnsi="Times New Roman" w:cs="Times New Roman"/>
                <w:sz w:val="22"/>
              </w:rPr>
            </w:pPr>
            <w:r w:rsidRPr="00F417F9">
              <w:rPr>
                <w:rFonts w:ascii="Times New Roman" w:hAnsi="Times New Roman" w:cs="Times New Roman"/>
                <w:sz w:val="22"/>
              </w:rPr>
              <w:t>singola fascetta</w:t>
            </w:r>
          </w:p>
        </w:tc>
        <w:tc>
          <w:tcPr>
            <w:tcW w:w="2436" w:type="dxa"/>
          </w:tcPr>
          <w:p w14:paraId="6EB002B3" w14:textId="77777777" w:rsidR="00A05B6C" w:rsidRDefault="00A05B6C">
            <w:pPr>
              <w:rPr>
                <w:rFonts w:ascii="Times New Roman" w:hAnsi="Times New Roman" w:cs="Times New Roman"/>
                <w:sz w:val="22"/>
              </w:rPr>
            </w:pPr>
          </w:p>
          <w:p w14:paraId="395164C5" w14:textId="77777777" w:rsidR="00A05B6C" w:rsidRDefault="00A05B6C">
            <w:pPr>
              <w:rPr>
                <w:rFonts w:ascii="Times New Roman" w:hAnsi="Times New Roman" w:cs="Times New Roman"/>
                <w:sz w:val="22"/>
              </w:rPr>
            </w:pPr>
          </w:p>
          <w:p w14:paraId="736E1B75" w14:textId="77777777" w:rsidR="00A05B6C" w:rsidRDefault="00A05B6C">
            <w:pPr>
              <w:rPr>
                <w:rFonts w:ascii="Times New Roman" w:hAnsi="Times New Roman" w:cs="Times New Roman"/>
                <w:sz w:val="22"/>
              </w:rPr>
            </w:pPr>
          </w:p>
          <w:p w14:paraId="0A340D13" w14:textId="77777777" w:rsidR="00A05B6C" w:rsidRDefault="00A05B6C">
            <w:pPr>
              <w:rPr>
                <w:rFonts w:ascii="Times New Roman" w:hAnsi="Times New Roman" w:cs="Times New Roman"/>
                <w:sz w:val="22"/>
              </w:rPr>
            </w:pPr>
          </w:p>
          <w:p w14:paraId="3ADD3A03" w14:textId="09E6527F" w:rsidR="00A05B6C" w:rsidRPr="00F417F9" w:rsidRDefault="00A05B6C">
            <w:pPr>
              <w:rPr>
                <w:rFonts w:ascii="Times New Roman" w:hAnsi="Times New Roman" w:cs="Times New Roman"/>
                <w:sz w:val="22"/>
              </w:rPr>
            </w:pPr>
            <w:r w:rsidRPr="00F417F9">
              <w:rPr>
                <w:rFonts w:ascii="Times New Roman" w:hAnsi="Times New Roman" w:cs="Times New Roman"/>
                <w:sz w:val="22"/>
              </w:rPr>
              <w:t>€ ____________</w:t>
            </w:r>
          </w:p>
        </w:tc>
      </w:tr>
    </w:tbl>
    <w:p w14:paraId="6FEF027E" w14:textId="77777777" w:rsidR="006E46E8" w:rsidRPr="00F417F9" w:rsidRDefault="00E55F14">
      <w:pPr>
        <w:spacing w:after="120"/>
        <w:jc w:val="both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sz w:val="22"/>
        </w:rPr>
        <w:t>Il prezzo unitario sopra indicato è omnicomprensivo di ogni costo e onere necessario alla completa fornitura, inclusi materiale, produzione, numerazione/codifica, controllo, confezionamento, imbustamento, imballaggio, trasporto e consegna, senza ulteriori corrispettivi separati.</w:t>
      </w:r>
    </w:p>
    <w:p w14:paraId="3F3FA0EC" w14:textId="77777777" w:rsidR="006E46E8" w:rsidRPr="00F417F9" w:rsidRDefault="00E55F14">
      <w:pPr>
        <w:spacing w:after="120"/>
        <w:jc w:val="both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sz w:val="22"/>
        </w:rPr>
        <w:lastRenderedPageBreak/>
        <w:t>Il presente preventivo è acquisito esclusivamente ai fini dell’indagine di mercato e dell’eventuale istruttoria per un successivo affidamento diretto. Non costituisce proposta contrattuale, non comporta l’instaurazione di un rapporto contrattuale e non attribuisce all’operatore economico alcun diritto all’affidamento.</w:t>
      </w:r>
    </w:p>
    <w:p w14:paraId="070D4F09" w14:textId="77777777" w:rsidR="006E46E8" w:rsidRPr="00F417F9" w:rsidRDefault="00E55F14">
      <w:pPr>
        <w:spacing w:after="360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sz w:val="22"/>
        </w:rPr>
        <w:t>Luogo e data ______________________________________</w:t>
      </w:r>
    </w:p>
    <w:p w14:paraId="249DC2D2" w14:textId="77777777" w:rsidR="006E46E8" w:rsidRPr="00F417F9" w:rsidRDefault="00E55F14">
      <w:pPr>
        <w:spacing w:after="120"/>
        <w:rPr>
          <w:rFonts w:ascii="Times New Roman" w:hAnsi="Times New Roman" w:cs="Times New Roman"/>
          <w:sz w:val="22"/>
        </w:rPr>
      </w:pPr>
      <w:r w:rsidRPr="00F417F9">
        <w:rPr>
          <w:rFonts w:ascii="Times New Roman" w:hAnsi="Times New Roman" w:cs="Times New Roman"/>
          <w:b/>
          <w:sz w:val="22"/>
        </w:rPr>
        <w:t>Firma digitale del legale rappresentante ______________________________________</w:t>
      </w:r>
    </w:p>
    <w:sectPr w:rsidR="006E46E8" w:rsidRPr="00F417F9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0251843">
    <w:abstractNumId w:val="8"/>
  </w:num>
  <w:num w:numId="2" w16cid:durableId="881593780">
    <w:abstractNumId w:val="6"/>
  </w:num>
  <w:num w:numId="3" w16cid:durableId="726226315">
    <w:abstractNumId w:val="5"/>
  </w:num>
  <w:num w:numId="4" w16cid:durableId="1185627966">
    <w:abstractNumId w:val="4"/>
  </w:num>
  <w:num w:numId="5" w16cid:durableId="1079213957">
    <w:abstractNumId w:val="7"/>
  </w:num>
  <w:num w:numId="6" w16cid:durableId="769590029">
    <w:abstractNumId w:val="3"/>
  </w:num>
  <w:num w:numId="7" w16cid:durableId="1250193626">
    <w:abstractNumId w:val="2"/>
  </w:num>
  <w:num w:numId="8" w16cid:durableId="478301412">
    <w:abstractNumId w:val="1"/>
  </w:num>
  <w:num w:numId="9" w16cid:durableId="911237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71E"/>
    <w:rsid w:val="00034616"/>
    <w:rsid w:val="0006063C"/>
    <w:rsid w:val="0015074B"/>
    <w:rsid w:val="002123C5"/>
    <w:rsid w:val="0029639D"/>
    <w:rsid w:val="002F4046"/>
    <w:rsid w:val="00326F90"/>
    <w:rsid w:val="006E46E8"/>
    <w:rsid w:val="00A05B6C"/>
    <w:rsid w:val="00AA1D8D"/>
    <w:rsid w:val="00B47730"/>
    <w:rsid w:val="00CB0664"/>
    <w:rsid w:val="00E55F14"/>
    <w:rsid w:val="00F417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EE0B1"/>
  <w14:defaultImageDpi w14:val="300"/>
  <w15:docId w15:val="{05FA9065-570B-47A4-96D1-4096373B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MATTEO OMIZZOLO</cp:lastModifiedBy>
  <cp:revision>4</cp:revision>
  <dcterms:created xsi:type="dcterms:W3CDTF">2013-12-23T23:15:00Z</dcterms:created>
  <dcterms:modified xsi:type="dcterms:W3CDTF">2026-10-11T17:05:00Z</dcterms:modified>
  <cp:category/>
</cp:coreProperties>
</file>